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הפקק של הספינות – מצרים ימיים ושרשרת אספקה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מהו מצר ימי ולמה הוא נקרא צוואר בקבוק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שרשרת השפעות של עיכוב אוניות מהים ועד החנות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להציע דרכים להתכונן לעיכובים בשרשרת האספקה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מעבר מים צר בין שני חופים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קופסת מתכת גדולה להובלת סחורות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אם האונייה מתעכבת, גם המוצרים שבתוכה מתעכבים בדרך לחנות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מכולות הן קופסאות שבהן מובילים סוגי מוצרים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מצר ימי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צוואר בקבוק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(מעבר מים צר בין שני חופים)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(מקום צר שגורם לעומס ועיכוב)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(קופסת מתכת גדולה להובלת סחורות)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שרשרת האספקה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המוצר מיוצר במפעל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המוצר נארז בתוך מכולה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המכולה נטענת על אונייה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האונייה עוברת דרך מצר ימי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שלבים הגיוניים בשרשרת (ייצור, הובלה, מעבר ים אפשרי, הגעה לחנות) ונימוק מבוסס על ידיעה כללית או על בדיקת תווית המוצר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וקצרה של מצר ימי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הגיוני המראה הבנה של שרשרת ההשפעות מהים ועד החנות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סביר, גם אם יצירתי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במפת עולם או גלובוס כדי להראות בפועל היכן נמצאים מצרים ימיים ידועים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הקבוצתי כדאי לעודד תלמידים למצוא כמה שיותר חוליות בשרשרת ההשפעה, לא רק שתיים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הסיכום כדאי לחזור לניחושים הראשוניים ולבדוק יחד מי התקרב לתשובה הנכונה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הפקק של הספינות – מצרים ימיים ושרשרת אספקה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מה קורה כשאוניות רבות נתקעות במעבר ים צר, ואיך עיכוב כזה יכול להשפיע על מוצרים שמגיעים אלינו הביתה.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צוואר בקבוק  ·  מצר ימי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מצר ימי?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מעבר מים צר בין שני חופים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נמל גדול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אונייה ענקית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מכולה?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סוג של דג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קופסת מתכת גדולה להובלת סחורות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של אונייה מסוימת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עיכוב של אונייה אחת יכול להשפיע על הגעת מוצרים לחנויות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מכולות משמשות להובלת סחורות שונות באונייה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מעבר מים צר בין שני חופים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מקום צר שגורם לעומס ולעיכוב נקרא גם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מצר ימי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קופסת מתכת גדולה להובלת סחורות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צוואר בקבוק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מעבר מים צר בין שני חופים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מכולה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מקום צר שגורם לעומס ועיכוב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שרשרת האספקה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המכולה נטענת על אונייה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האונייה עוברת דרך מצר ימי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המוצר מיוצר במפעל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המוצר נארז בתוך מכולה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מוצר שיש לכם בבית. כתבו שלושה עד ארבעה שלבים בדרך שהוא עשוי היה לעבור מהמפעל עד אליכם, ונמקו האם לדעתכם הוא הגיע דרך הים.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מצר ימי? כתבו במשפט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הסבירו איך פקק של אוניות יכול לגרום לכך שמוצר יגיע מאוחר לחנות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הפקק של הספינות – מצרים ימיים ושרשרת אספקה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