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 – מצרים ימיים ושרשרת אספקה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מהו מצר ימי ולמה הוא נקרא צוואר בקבוק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שרשרת השפעות של עיכוב אוניות מהים ועד 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דרכים להתכונן לעיכובים בשרשרת האספקה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מים צר בין שני חופים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הוא מקום צר שגורם לעומס ועיכוב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קופסת מתכת גדולה להובלת 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נוצר פקק ועיכוב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כמות סחורה שנשמרת מראש למקרה של עיכוב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מצר ימי הוא דווקא צר, ולכן עלול להיווצר בו עומס ועיכוב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אם האונייה מתעכבת, גם המוצרים שבתוכה מתעכבים בדרך 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מכולות הן קופסאות שבהן מובילים סוגי מוצרים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מסלול חלופי הוא דרך אחרת, שלא בהכרח זהה לדרך הרגילה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השרשרת נמשכת מהייצור ועד שהמוצר מגיע לידי הקונה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 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צוואר בקבוק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מסלול חלופי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(מעבר מים צר בין שני חופים)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צר שגורם לעומס ועיכוב)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(קופסת מתכת גדולה להובלת סחורות)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(כמות סחורה שמורה מראש למקרה הצורך)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(הדרך שעובר מוצר מהייצור ועד החנות)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שרשרת האספקה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המוצר מיוצר במפעל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המוצר נארז בתוך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המכולה נטענת על אונייה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האונייה עוברת דרך מצר 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המוצר מגיע לנמל ולחנות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שלבים הגיוניים בשרשרת (ייצור, הובלה, מעבר ים אפשרי, הגעה לחנות) ונימוק מבוסס על ידיעה כללית או על בדיקת תווית המוצר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וקצרה של מצר 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המראה הבנה של שרשרת ההשפעות מהים ועד 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סביר, גם אם 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במפת עולם או גלובוס כדי להראות בפועל היכן נמצאים מצרים ימיים ידועים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הקבוצתי כדאי לעודד תלמידים למצוא כמה שיותר חוליות בשרשרת ההשפעה, לא רק שתיים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הסיכום כדאי לחזור לניחושים הראשוניים ולבדוק יחד מי התקרב לתשובה הנכונה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 – מצרים ימיים ושרשרת אספקה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קורה כשאוניות רבות נתקעות במעבר ים צר, ואיך עיכוב כזה יכול להשפיע על מוצרים שמגיעים אלינו הביתה.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מצר 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מים צר בין שני חופים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נמל גדול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אונייה ענקית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מחסן 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קוראים למצר ימי גם צוואר בקבוק?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עגול כמו בקבוק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מקום צר שגורם לעומס ועיכוב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שומרים בו בקבוקים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רחב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ה. כי הוא רחב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דג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קופסת מתכת גדולה להובלת 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אונייה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מפרש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כשאוניות רבות מגיעות יחד למצר 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מפליגות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פקק ועיכוב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נעלמות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השפעה על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מלאי?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סחורה שנשמרת מראש למקרה של עיכוב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ספינה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עובד בנמל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של המוצר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 ימי הוא מעבר מים רחב מאוד שבו לעולם לא נוצרים עיכובים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עיכוב של אונייה אחת יכול להשפיע על הגעת מוצרים לחנויות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מכולות משמשות להובלת סחורות שונות באונייה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חלופי הוא תמיד בדיוק אותה דרך שבה האונייה נוסעת כרגיל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שרשרת האספקה מסתיימת אצל הקונה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מעבר מים צר בין שני חופים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מקום צר שגורם לעומס ולעיכוב נקרא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סחורות רבות מובלות באוניות בתוך קופסאות גדולות הנקראות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להתכונן לעיכובים אפשר לשמור __________ גדול יותר של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כשהדרך הרגילה חסומה, אפשר לבחור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מצר 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קופסת מתכת גדולה להובלת סחורות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צוואר בקבוק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כמות סחורה שמורה מראש למקרה הצורך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צר שגורם לעומס ועיכוב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הדרך שעובר מוצר מהייצור ועד החנות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מעבר מים צר בין שני חופים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שרשרת האספקה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המכולה נטענת על אונייה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האונייה עוברת דרך מצר ימי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המוצר מגיע לנמל ולחנות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המוצר מיוצר במפעל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המוצר נארז בתוך מכולה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מוצר שיש לכם בבית. כתבו שלושה עד ארבעה שלבים בדרך שהוא עשוי היה לעבור מהמפעל עד אליכם, ונמקו האם לדעתכם הוא הגיע דרך הים.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מצר ימי? כתבו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איך פקק של אוניות יכול לגרום לכך שמוצר יגיע מאוחר לחנות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מוצר בבית שהייתם רוצים לדעת מאיפה הגיע, ונמקו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הפקק של הספינות – מצרים ימיים ושרשרת אספקה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